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:rsidP="3CA557BF" w14:paraId="557729A0" wp14:textId="76AE9965">
      <w:pPr>
        <w:pStyle w:val="Heading1"/>
        <w:spacing w:before="480" w:after="0"/>
        <w:jc w:val="center"/>
        <w:rPr>
          <w:color w:val="auto"/>
        </w:rPr>
      </w:pPr>
      <w:r w:rsidRPr="3CA557BF" w:rsidR="0B55791E">
        <w:rPr>
          <w:color w:val="auto"/>
        </w:rPr>
        <w:t>ANEXO I</w:t>
      </w:r>
      <w:r w:rsidRPr="3CA557BF" w:rsidR="473AF207">
        <w:rPr>
          <w:color w:val="auto"/>
        </w:rPr>
        <w:t xml:space="preserve">I - </w:t>
      </w:r>
      <w:r w:rsidRPr="3CA557BF" w:rsidR="0B55791E">
        <w:rPr>
          <w:color w:val="auto"/>
        </w:rPr>
        <w:t>DECLARAÇÃO DE PROCEDÊNCIA (PESSOA FÍSICA)</w:t>
      </w:r>
    </w:p>
    <w:p w:rsidR="0B55791E" w:rsidP="0B55791E" w:rsidRDefault="0B55791E" w14:paraId="104B38E5" w14:textId="6D0FE03F">
      <w:pPr>
        <w:pStyle w:val="Normal"/>
        <w:spacing w:after="200" w:afterAutospacing="off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pt-BR"/>
        </w:rPr>
      </w:pPr>
    </w:p>
    <w:p xmlns:wp14="http://schemas.microsoft.com/office/word/2010/wordml" w:rsidP="47D5D1C9" w14:paraId="59C91C73" wp14:textId="24299B94">
      <w:pPr>
        <w:pStyle w:val="Normal"/>
        <w:spacing w:after="200" w:afterAutospacing="off" w:line="360" w:lineRule="auto"/>
        <w:contextualSpacing/>
        <w:jc w:val="both"/>
        <w:rPr>
          <w:rFonts w:ascii="Arial" w:hAnsi="Arial" w:eastAsia="Arial" w:cs="Arial"/>
          <w:sz w:val="24"/>
          <w:szCs w:val="24"/>
          <w:lang w:val="pt-BR"/>
        </w:rPr>
      </w:pPr>
      <w:r w:rsidRPr="3CA557BF" w:rsidR="0B55791E">
        <w:rPr>
          <w:rFonts w:ascii="Arial" w:hAnsi="Arial" w:eastAsia="Arial" w:cs="Arial"/>
          <w:sz w:val="24"/>
          <w:szCs w:val="24"/>
          <w:lang w:val="pt-BR"/>
        </w:rPr>
        <w:t>Eu, _______________________________________________________, portador da carteira de identidade nº_______________________, expedida por ________________, CPF nº___________________________________, residente no endereço  _____________________________________________________________________, no município de ___________________________, Estado ________________________ , de acordo com o dispositivo em Resolução do CONTRAN, declaro que assumo a procedência lícita do ciclomotor, motor</w:t>
      </w:r>
      <w:r w:rsidRPr="3CA557BF" w:rsidR="0B55791E">
        <w:rPr>
          <w:rFonts w:ascii="Arial" w:hAnsi="Arial" w:eastAsia="Arial" w:cs="Arial"/>
          <w:sz w:val="24"/>
          <w:szCs w:val="24"/>
          <w:lang w:val="pt-BR"/>
        </w:rPr>
        <w:t xml:space="preserve"> nº _________________________________</w:t>
      </w:r>
      <w:r w:rsidRPr="3CA557BF" w:rsidR="46C74D7E">
        <w:rPr>
          <w:rFonts w:ascii="Arial" w:hAnsi="Arial" w:eastAsia="Arial" w:cs="Arial"/>
          <w:sz w:val="24"/>
          <w:szCs w:val="24"/>
          <w:lang w:val="pt-BR"/>
        </w:rPr>
        <w:t xml:space="preserve"> </w:t>
      </w:r>
      <w:r w:rsidRPr="3CA557BF" w:rsidR="0B55791E">
        <w:rPr>
          <w:rFonts w:ascii="Arial" w:hAnsi="Arial" w:eastAsia="Arial" w:cs="Arial"/>
          <w:sz w:val="24"/>
          <w:szCs w:val="24"/>
          <w:lang w:val="pt-BR"/>
        </w:rPr>
        <w:t>com potência máxima</w:t>
      </w:r>
      <w:r w:rsidRPr="3CA557BF" w:rsidR="3267C003">
        <w:rPr>
          <w:rFonts w:ascii="Arial" w:hAnsi="Arial" w:eastAsia="Arial" w:cs="Arial"/>
          <w:b w:val="1"/>
          <w:bCs w:val="1"/>
          <w:color w:val="C00000"/>
          <w:sz w:val="24"/>
          <w:szCs w:val="24"/>
          <w:lang w:val="pt-BR"/>
        </w:rPr>
        <w:t>*</w:t>
      </w:r>
      <w:r w:rsidRPr="3CA557BF" w:rsidR="0B55791E">
        <w:rPr>
          <w:rFonts w:ascii="Arial" w:hAnsi="Arial" w:eastAsia="Arial" w:cs="Arial"/>
          <w:sz w:val="24"/>
          <w:szCs w:val="24"/>
          <w:lang w:val="pt-BR"/>
        </w:rPr>
        <w:t xml:space="preserve"> de ___________, instalado no veículo de minha propriedade, com as seguintes informações:</w:t>
      </w:r>
    </w:p>
    <w:p w:rsidR="0B55791E" w:rsidP="47D5D1C9" w:rsidRDefault="0B55791E" w14:paraId="76BDE84F" w14:textId="06088F34">
      <w:pPr>
        <w:pStyle w:val="Normal"/>
        <w:spacing w:after="200" w:afterAutospacing="off" w:line="240" w:lineRule="auto"/>
        <w:contextualSpacing/>
        <w:jc w:val="both"/>
        <w:rPr>
          <w:rFonts w:ascii="Arial" w:hAnsi="Arial" w:eastAsia="Arial" w:cs="Arial"/>
          <w:sz w:val="12"/>
          <w:szCs w:val="12"/>
          <w:lang w:val="pt-BR"/>
        </w:rPr>
      </w:pPr>
    </w:p>
    <w:tbl>
      <w:tblPr>
        <w:tblStyle w:val="TableGrid"/>
        <w:tblW w:w="100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098"/>
        <w:gridCol w:w="4937"/>
      </w:tblGrid>
      <w:tr xmlns:wp14="http://schemas.microsoft.com/office/word/2010/wordml" w:rsidTr="3CA557BF" w14:paraId="4A7B3B4D" wp14:textId="77777777">
        <w:trPr>
          <w:trHeight w:val="300"/>
        </w:trPr>
        <w:tc>
          <w:tcPr>
            <w:tcW w:w="5098" w:type="dxa"/>
            <w:tcBorders/>
            <w:tcMar/>
          </w:tcPr>
          <w:p w:rsidP="3CA557BF" w14:paraId="48D0049E" wp14:textId="71EC8D24">
            <w:pPr>
              <w:pStyle w:val="Normal"/>
              <w:widowControl w:val="1"/>
              <w:suppressAutoHyphens w:val="true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</w:rPr>
            </w:pP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1. VIN (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Chassi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):</w:t>
            </w:r>
          </w:p>
          <w:p w:rsidP="3CA557BF" w14:paraId="69FCD709" wp14:textId="2B143B33">
            <w:pPr>
              <w:pStyle w:val="Normal"/>
              <w:widowControl w:val="1"/>
              <w:suppressAutoHyphens w:val="true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4937" w:type="dxa"/>
            <w:tcBorders/>
            <w:tcMar/>
          </w:tcPr>
          <w:p w:rsidR="0B55791E" w:rsidP="3CA557BF" w:rsidRDefault="0B55791E" w14:paraId="37FA3B25" w14:textId="2F3A5BB6">
            <w:pPr>
              <w:pStyle w:val="Normal"/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pt-BR"/>
              </w:rPr>
            </w:pP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pt-BR" w:eastAsia="en-US" w:bidi="ar-SA"/>
              </w:rPr>
              <w:t xml:space="preserve">7. 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pt-BR" w:eastAsia="en-US" w:bidi="ar-SA"/>
              </w:rPr>
              <w:t>Cilindrada</w:t>
            </w:r>
            <w:r w:rsidRPr="3CA557BF" w:rsidR="129B5D4F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pt-BR" w:eastAsia="en-US" w:bidi="ar-SA"/>
              </w:rPr>
              <w:t>*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pt-BR" w:eastAsia="en-US" w:bidi="ar-SA"/>
              </w:rPr>
              <w:t xml:space="preserve"> 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pt-BR" w:eastAsia="en-US" w:bidi="ar-SA"/>
              </w:rPr>
              <w:t xml:space="preserve">(para 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pt-BR" w:eastAsia="en-US" w:bidi="ar-SA"/>
              </w:rPr>
              <w:t>veículos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pt-BR" w:eastAsia="en-US" w:bidi="ar-SA"/>
              </w:rPr>
              <w:t xml:space="preserve"> com motor a 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pt-BR" w:eastAsia="en-US" w:bidi="ar-SA"/>
              </w:rPr>
              <w:t>combustão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pt-BR" w:eastAsia="en-US" w:bidi="ar-SA"/>
              </w:rPr>
              <w:t>)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pt-BR" w:eastAsia="en-US" w:bidi="ar-SA"/>
              </w:rPr>
              <w:t>:</w:t>
            </w:r>
          </w:p>
          <w:p w:rsidR="0B55791E" w:rsidP="3CA557BF" w:rsidRDefault="0B55791E" w14:paraId="69A58F3D" w14:textId="28B5A24A">
            <w:pPr>
              <w:pStyle w:val="Normal"/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</w:p>
        </w:tc>
      </w:tr>
      <w:tr xmlns:wp14="http://schemas.microsoft.com/office/word/2010/wordml" w:rsidTr="3CA557BF" w14:paraId="012EF986" wp14:textId="77777777">
        <w:trPr>
          <w:trHeight w:val="300"/>
        </w:trPr>
        <w:tc>
          <w:tcPr>
            <w:tcW w:w="5098" w:type="dxa"/>
            <w:tcBorders/>
            <w:tcMar/>
          </w:tcPr>
          <w:p w:rsidP="3CA557BF" w14:paraId="17C84E39" wp14:textId="0E988936">
            <w:pPr>
              <w:pStyle w:val="Normal"/>
              <w:widowControl w:val="1"/>
              <w:suppressAutoHyphens w:val="true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</w:rPr>
            </w:pP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 xml:space="preserve">2. 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Marca</w:t>
            </w:r>
            <w:r w:rsidRPr="3CA557BF" w:rsidR="32579330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*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:</w:t>
            </w:r>
          </w:p>
          <w:p w:rsidP="3CA557BF" w14:paraId="7CA6434B" wp14:textId="2DA798AA">
            <w:pPr>
              <w:pStyle w:val="Normal"/>
              <w:widowControl w:val="1"/>
              <w:suppressAutoHyphens w:val="true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4937" w:type="dxa"/>
            <w:tcBorders/>
            <w:tcMar/>
          </w:tcPr>
          <w:p w:rsidR="0B55791E" w:rsidP="3CA557BF" w:rsidRDefault="0B55791E" w14:paraId="6750957D" w14:textId="1380740F">
            <w:pPr>
              <w:pStyle w:val="Normal"/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</w:rPr>
            </w:pP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8. Ano/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Fabricação</w:t>
            </w:r>
            <w:r w:rsidRPr="3CA557BF" w:rsidR="33B1E06A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*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:</w:t>
            </w:r>
          </w:p>
        </w:tc>
      </w:tr>
      <w:tr xmlns:wp14="http://schemas.microsoft.com/office/word/2010/wordml" w:rsidTr="3CA557BF" w14:paraId="0A68B416" wp14:textId="77777777">
        <w:trPr>
          <w:trHeight w:val="300"/>
        </w:trPr>
        <w:tc>
          <w:tcPr>
            <w:tcW w:w="5098" w:type="dxa"/>
            <w:tcBorders/>
            <w:tcMar/>
          </w:tcPr>
          <w:p w:rsidP="3CA557BF" w14:paraId="4CC4432C" wp14:textId="0671934E">
            <w:pPr>
              <w:pStyle w:val="Normal"/>
              <w:widowControl w:val="1"/>
              <w:suppressAutoHyphens w:val="true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</w:rPr>
            </w:pP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3. M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odelo</w:t>
            </w:r>
            <w:r w:rsidRPr="3CA557BF" w:rsidR="3B5DEF79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*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:</w:t>
            </w:r>
          </w:p>
          <w:p w:rsidP="3CA557BF" w14:paraId="60ED1F17" wp14:textId="490D6CC9">
            <w:pPr>
              <w:pStyle w:val="Normal"/>
              <w:widowControl w:val="1"/>
              <w:suppressAutoHyphens w:val="true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4937" w:type="dxa"/>
            <w:tcBorders/>
            <w:tcMar/>
          </w:tcPr>
          <w:p w:rsidR="0B55791E" w:rsidP="3CA557BF" w:rsidRDefault="0B55791E" w14:paraId="0F718D28" w14:textId="24407F94">
            <w:pPr>
              <w:pStyle w:val="Normal"/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</w:rPr>
            </w:pP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9. Ano/M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odelo</w:t>
            </w:r>
            <w:r w:rsidRPr="3CA557BF" w:rsidR="33FEA6BA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*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:</w:t>
            </w:r>
          </w:p>
        </w:tc>
      </w:tr>
      <w:tr xmlns:wp14="http://schemas.microsoft.com/office/word/2010/wordml" w:rsidTr="3CA557BF" w14:paraId="5D382BF1" wp14:textId="77777777">
        <w:trPr>
          <w:trHeight w:val="300"/>
        </w:trPr>
        <w:tc>
          <w:tcPr>
            <w:tcW w:w="5098" w:type="dxa"/>
            <w:tcBorders/>
            <w:tcMar/>
          </w:tcPr>
          <w:p w:rsidP="3CA557BF" w14:paraId="792155AA" wp14:textId="37D4CDAC">
            <w:pPr>
              <w:pStyle w:val="Normal"/>
              <w:widowControl w:val="1"/>
              <w:suppressAutoHyphens w:val="true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</w:rPr>
            </w:pP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 xml:space="preserve">4. 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Espécie</w:t>
            </w:r>
            <w:r w:rsidRPr="3CA557BF" w:rsidR="3241902F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*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 xml:space="preserve"> (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p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assageiro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ou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 xml:space="preserve">carga)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 xml:space="preserve">:</w:t>
            </w:r>
          </w:p>
          <w:p w:rsidP="3CA557BF" w14:paraId="22FD93E1" wp14:textId="228DB52B">
            <w:pPr>
              <w:pStyle w:val="Normal"/>
              <w:widowControl w:val="1"/>
              <w:suppressAutoHyphens w:val="true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4937" w:type="dxa"/>
            <w:tcBorders/>
            <w:tcMar/>
          </w:tcPr>
          <w:p w:rsidR="0B55791E" w:rsidP="3CA557BF" w:rsidRDefault="0B55791E" w14:paraId="32C2CAB9" w14:textId="6E3E94DE">
            <w:pPr>
              <w:pStyle w:val="Normal"/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</w:rPr>
            </w:pP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10. Cor</w:t>
            </w:r>
            <w:r w:rsidRPr="3CA557BF" w:rsidR="130370F1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*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:</w:t>
            </w:r>
          </w:p>
        </w:tc>
      </w:tr>
      <w:tr xmlns:wp14="http://schemas.microsoft.com/office/word/2010/wordml" w:rsidTr="3CA557BF" w14:paraId="11F4BDDA" wp14:textId="77777777">
        <w:trPr>
          <w:trHeight w:val="300"/>
        </w:trPr>
        <w:tc>
          <w:tcPr>
            <w:tcW w:w="5098" w:type="dxa"/>
            <w:tcBorders/>
            <w:tcMar/>
          </w:tcPr>
          <w:p w:rsidP="3CA557BF" w14:paraId="64A90FE5" wp14:textId="41AAB36B">
            <w:pPr>
              <w:pStyle w:val="Normal"/>
              <w:widowControl w:val="1"/>
              <w:suppressAutoHyphens w:val="true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</w:rPr>
            </w:pP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 xml:space="preserve">5. 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Quantidade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 xml:space="preserve"> de 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passageiros</w:t>
            </w:r>
            <w:r w:rsidRPr="3CA557BF" w:rsidR="5E185111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*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:</w:t>
            </w:r>
          </w:p>
          <w:p w:rsidP="3CA557BF" w14:paraId="1C784379" wp14:textId="7F7E8E1D">
            <w:pPr>
              <w:pStyle w:val="Normal"/>
              <w:widowControl w:val="1"/>
              <w:suppressAutoHyphens w:val="true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4937" w:type="dxa"/>
            <w:tcBorders/>
            <w:tcMar/>
          </w:tcPr>
          <w:p w:rsidR="0B55791E" w:rsidP="3CA557BF" w:rsidRDefault="0B55791E" w14:paraId="7EDFD52D" w14:textId="762E372E">
            <w:pPr>
              <w:pStyle w:val="Normal"/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</w:rPr>
            </w:pP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 xml:space="preserve">11. 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C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apacidade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 xml:space="preserve"> de carga</w:t>
            </w:r>
            <w:r w:rsidRPr="3CA557BF" w:rsidR="29A5F406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*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:</w:t>
            </w:r>
          </w:p>
        </w:tc>
      </w:tr>
      <w:tr xmlns:wp14="http://schemas.microsoft.com/office/word/2010/wordml" w:rsidTr="3CA557BF" w14:paraId="35D657C7" wp14:textId="77777777">
        <w:trPr>
          <w:trHeight w:val="300"/>
        </w:trPr>
        <w:tc>
          <w:tcPr>
            <w:tcW w:w="5098" w:type="dxa"/>
            <w:tcBorders/>
            <w:tcMar/>
          </w:tcPr>
          <w:p w:rsidP="3CA557BF" w14:paraId="71963DF0" wp14:textId="1A800784">
            <w:pPr>
              <w:pStyle w:val="Normal"/>
              <w:widowControl w:val="1"/>
              <w:suppressAutoHyphens w:val="true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</w:rPr>
            </w:pP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 xml:space="preserve">6. 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P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ropulsão</w:t>
            </w:r>
            <w:r w:rsidRPr="3CA557BF" w:rsidR="292B7A04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*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 xml:space="preserve"> (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combustão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 xml:space="preserve">, 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elétrico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)</w:t>
            </w: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</w:rPr>
              <w:t>:</w:t>
            </w:r>
          </w:p>
          <w:p w:rsidP="3CA557BF" w14:paraId="5C506CAD" wp14:textId="395FC81B">
            <w:pPr>
              <w:pStyle w:val="Normal"/>
              <w:widowControl w:val="1"/>
              <w:suppressAutoHyphens w:val="true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4937" w:type="dxa"/>
            <w:tcBorders/>
            <w:tcMar/>
          </w:tcPr>
          <w:p w:rsidR="0B55791E" w:rsidP="3CA557BF" w:rsidRDefault="0B55791E" w14:paraId="057B1E27">
            <w:pPr>
              <w:pStyle w:val="Normal"/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</w:rPr>
            </w:pPr>
            <w:r w:rsidRPr="3CA557BF" w:rsidR="0B55791E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  <w:t>12. Peso Bruto Total (PBT):</w:t>
            </w:r>
          </w:p>
        </w:tc>
      </w:tr>
      <w:tr w:rsidR="0B55791E" w:rsidTr="3CA557BF" w14:paraId="02ED1FBE">
        <w:trPr>
          <w:trHeight w:val="300"/>
        </w:trPr>
        <w:tc>
          <w:tcPr>
            <w:tcW w:w="10035" w:type="dxa"/>
            <w:gridSpan w:val="2"/>
            <w:tcBorders/>
            <w:tcMar/>
          </w:tcPr>
          <w:p w:rsidR="0B55791E" w:rsidP="3CA557BF" w:rsidRDefault="0B55791E" w14:paraId="652A22AA" w14:textId="2CF284FF">
            <w:pPr>
              <w:pStyle w:val="Normal"/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</w:rPr>
            </w:pPr>
            <w:r w:rsidRPr="3CA557BF" w:rsidR="499D2B99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</w:rPr>
              <w:t>Observações</w:t>
            </w:r>
            <w:r w:rsidRPr="3CA557BF" w:rsidR="499D2B99">
              <w:rPr>
                <w:rFonts w:ascii="Arial" w:hAnsi="Arial" w:eastAsia="Arial" w:cs="Arial"/>
                <w:b w:val="0"/>
                <w:bCs w:val="0"/>
                <w:color w:val="auto"/>
                <w:sz w:val="22"/>
                <w:szCs w:val="22"/>
              </w:rPr>
              <w:t>:</w:t>
            </w:r>
          </w:p>
        </w:tc>
      </w:tr>
    </w:tbl>
    <w:p w:rsidR="0B55791E" w:rsidP="3CA557BF" w:rsidRDefault="0B55791E" w14:paraId="7C7B0054" w14:textId="0A937497">
      <w:pPr>
        <w:pStyle w:val="Normal"/>
        <w:bidi w:val="0"/>
        <w:spacing w:before="100" w:beforeAutospacing="off" w:after="0" w:afterAutospacing="off" w:line="360" w:lineRule="auto"/>
        <w:ind/>
        <w:contextualSpacing/>
        <w:jc w:val="left"/>
        <w:rPr>
          <w:b w:val="1"/>
          <w:bCs w:val="1"/>
          <w:color w:val="auto"/>
          <w:sz w:val="18"/>
          <w:szCs w:val="18"/>
          <w:lang w:val="pt-BR"/>
        </w:rPr>
      </w:pPr>
      <w:r w:rsidRPr="3CA557BF" w:rsidR="5004C8C2">
        <w:rPr>
          <w:b w:val="1"/>
          <w:bCs w:val="1"/>
          <w:color w:val="auto"/>
          <w:sz w:val="18"/>
          <w:szCs w:val="18"/>
          <w:lang w:val="pt-BR"/>
        </w:rPr>
        <w:t>*</w:t>
      </w:r>
      <w:r w:rsidRPr="3CA557BF" w:rsidR="284162C6">
        <w:rPr>
          <w:b w:val="1"/>
          <w:bCs w:val="1"/>
          <w:color w:val="auto"/>
          <w:sz w:val="18"/>
          <w:szCs w:val="18"/>
          <w:lang w:val="pt-BR"/>
        </w:rPr>
        <w:t>O</w:t>
      </w:r>
      <w:r w:rsidRPr="3CA557BF" w:rsidR="09EB2196">
        <w:rPr>
          <w:b w:val="1"/>
          <w:bCs w:val="1"/>
          <w:color w:val="auto"/>
          <w:sz w:val="18"/>
          <w:szCs w:val="18"/>
          <w:lang w:val="pt-BR"/>
        </w:rPr>
        <w:t>s c</w:t>
      </w:r>
      <w:r w:rsidRPr="3CA557BF" w:rsidR="20F4747F">
        <w:rPr>
          <w:b w:val="1"/>
          <w:bCs w:val="1"/>
          <w:color w:val="auto"/>
          <w:sz w:val="18"/>
          <w:szCs w:val="18"/>
          <w:lang w:val="pt-BR"/>
        </w:rPr>
        <w:t xml:space="preserve">ampos </w:t>
      </w:r>
      <w:r w:rsidRPr="3CA557BF" w:rsidR="2DAAA059">
        <w:rPr>
          <w:b w:val="1"/>
          <w:bCs w:val="1"/>
          <w:color w:val="auto"/>
          <w:sz w:val="18"/>
          <w:szCs w:val="18"/>
          <w:lang w:val="pt-BR"/>
        </w:rPr>
        <w:t xml:space="preserve">indicados </w:t>
      </w:r>
      <w:r w:rsidRPr="3CA557BF" w:rsidR="20F4747F">
        <w:rPr>
          <w:b w:val="1"/>
          <w:bCs w:val="1"/>
          <w:color w:val="auto"/>
          <w:sz w:val="18"/>
          <w:szCs w:val="18"/>
          <w:lang w:val="pt-BR"/>
        </w:rPr>
        <w:t>com (</w:t>
      </w:r>
      <w:r w:rsidRPr="3CA557BF" w:rsidR="20F4747F">
        <w:rPr>
          <w:b w:val="1"/>
          <w:bCs w:val="1"/>
          <w:color w:val="auto"/>
          <w:sz w:val="18"/>
          <w:szCs w:val="18"/>
          <w:lang w:val="pt-BR"/>
        </w:rPr>
        <w:t>*</w:t>
      </w:r>
      <w:r w:rsidRPr="3CA557BF" w:rsidR="20F4747F">
        <w:rPr>
          <w:b w:val="1"/>
          <w:bCs w:val="1"/>
          <w:color w:val="auto"/>
          <w:sz w:val="18"/>
          <w:szCs w:val="18"/>
          <w:lang w:val="pt-BR"/>
        </w:rPr>
        <w:t>) são de preenchimento obrigatório</w:t>
      </w:r>
      <w:r w:rsidRPr="3CA557BF" w:rsidR="6FB66A27">
        <w:rPr>
          <w:b w:val="1"/>
          <w:bCs w:val="1"/>
          <w:color w:val="auto"/>
          <w:sz w:val="18"/>
          <w:szCs w:val="18"/>
          <w:lang w:val="pt-BR"/>
        </w:rPr>
        <w:t>.</w:t>
      </w:r>
    </w:p>
    <w:p w:rsidR="0B55791E" w:rsidP="47D5D1C9" w:rsidRDefault="0B55791E" w14:paraId="77470849" w14:textId="7CA66E1E">
      <w:pPr>
        <w:pStyle w:val="Normal"/>
        <w:spacing w:before="100" w:beforeAutospacing="off" w:after="200" w:afterAutospacing="off" w:line="360" w:lineRule="auto"/>
        <w:ind w:left="0"/>
        <w:contextualSpacing/>
        <w:jc w:val="both"/>
        <w:rPr>
          <w:rFonts w:ascii="Arial" w:hAnsi="Arial" w:eastAsia="Arial" w:cs="Arial"/>
          <w:sz w:val="24"/>
          <w:szCs w:val="24"/>
        </w:rPr>
      </w:pPr>
      <w:r w:rsidRPr="3CA557BF" w:rsidR="0B55791E">
        <w:rPr>
          <w:rFonts w:ascii="Arial" w:hAnsi="Arial" w:eastAsia="Arial" w:cs="Arial"/>
          <w:sz w:val="24"/>
          <w:szCs w:val="24"/>
        </w:rPr>
        <w:t xml:space="preserve">Declaro, </w:t>
      </w:r>
      <w:r w:rsidRPr="3CA557BF" w:rsidR="0B55791E">
        <w:rPr>
          <w:rFonts w:ascii="Arial" w:hAnsi="Arial" w:eastAsia="Arial" w:cs="Arial"/>
          <w:sz w:val="24"/>
          <w:szCs w:val="24"/>
        </w:rPr>
        <w:t>ainda</w:t>
      </w:r>
      <w:r w:rsidRPr="3CA557BF" w:rsidR="2BE6AA55">
        <w:rPr>
          <w:rFonts w:ascii="Arial" w:hAnsi="Arial" w:eastAsia="Arial" w:cs="Arial"/>
          <w:sz w:val="24"/>
          <w:szCs w:val="24"/>
        </w:rPr>
        <w:t>,</w:t>
      </w:r>
      <w:r w:rsidRPr="3CA557BF" w:rsidR="0B55791E">
        <w:rPr>
          <w:rFonts w:ascii="Arial" w:hAnsi="Arial" w:eastAsia="Arial" w:cs="Arial"/>
          <w:sz w:val="24"/>
          <w:szCs w:val="24"/>
        </w:rPr>
        <w:t xml:space="preserve"> </w:t>
      </w:r>
      <w:r w:rsidRPr="3CA557BF" w:rsidR="0B55791E">
        <w:rPr>
          <w:rFonts w:ascii="Arial" w:hAnsi="Arial" w:eastAsia="Arial" w:cs="Arial"/>
          <w:sz w:val="24"/>
          <w:szCs w:val="24"/>
        </w:rPr>
        <w:t>serem</w:t>
      </w:r>
      <w:r w:rsidRPr="3CA557BF" w:rsidR="0B55791E">
        <w:rPr>
          <w:rFonts w:ascii="Arial" w:hAnsi="Arial" w:eastAsia="Arial" w:cs="Arial"/>
          <w:sz w:val="24"/>
          <w:szCs w:val="24"/>
        </w:rPr>
        <w:t xml:space="preserve"> </w:t>
      </w:r>
      <w:r w:rsidRPr="3CA557BF" w:rsidR="0B55791E">
        <w:rPr>
          <w:rFonts w:ascii="Arial" w:hAnsi="Arial" w:eastAsia="Arial" w:cs="Arial"/>
          <w:sz w:val="24"/>
          <w:szCs w:val="24"/>
        </w:rPr>
        <w:t>verdadeiras</w:t>
      </w:r>
      <w:r w:rsidRPr="3CA557BF" w:rsidR="0B55791E">
        <w:rPr>
          <w:rFonts w:ascii="Arial" w:hAnsi="Arial" w:eastAsia="Arial" w:cs="Arial"/>
          <w:sz w:val="24"/>
          <w:szCs w:val="24"/>
        </w:rPr>
        <w:t xml:space="preserve"> as </w:t>
      </w:r>
      <w:r w:rsidRPr="3CA557BF" w:rsidR="0B55791E">
        <w:rPr>
          <w:rFonts w:ascii="Arial" w:hAnsi="Arial" w:eastAsia="Arial" w:cs="Arial"/>
          <w:sz w:val="24"/>
          <w:szCs w:val="24"/>
        </w:rPr>
        <w:t>informações</w:t>
      </w:r>
      <w:r w:rsidRPr="3CA557BF" w:rsidR="0B55791E">
        <w:rPr>
          <w:rFonts w:ascii="Arial" w:hAnsi="Arial" w:eastAsia="Arial" w:cs="Arial"/>
          <w:sz w:val="24"/>
          <w:szCs w:val="24"/>
        </w:rPr>
        <w:t xml:space="preserve"> </w:t>
      </w:r>
      <w:r w:rsidRPr="3CA557BF" w:rsidR="0B55791E">
        <w:rPr>
          <w:rFonts w:ascii="Arial" w:hAnsi="Arial" w:eastAsia="Arial" w:cs="Arial"/>
          <w:sz w:val="24"/>
          <w:szCs w:val="24"/>
        </w:rPr>
        <w:t>supracitadas</w:t>
      </w:r>
      <w:r w:rsidRPr="3CA557BF" w:rsidR="0B55791E">
        <w:rPr>
          <w:rFonts w:ascii="Arial" w:hAnsi="Arial" w:eastAsia="Arial" w:cs="Arial"/>
          <w:sz w:val="24"/>
          <w:szCs w:val="24"/>
        </w:rPr>
        <w:t xml:space="preserve">, </w:t>
      </w:r>
      <w:r w:rsidRPr="3CA557BF" w:rsidR="0B55791E">
        <w:rPr>
          <w:rFonts w:ascii="Arial" w:hAnsi="Arial" w:eastAsia="Arial" w:cs="Arial"/>
          <w:sz w:val="24"/>
          <w:szCs w:val="24"/>
        </w:rPr>
        <w:t>sujeitando</w:t>
      </w:r>
      <w:r w:rsidRPr="3CA557BF" w:rsidR="0B55791E">
        <w:rPr>
          <w:rFonts w:ascii="Arial" w:hAnsi="Arial" w:eastAsia="Arial" w:cs="Arial"/>
          <w:sz w:val="24"/>
          <w:szCs w:val="24"/>
        </w:rPr>
        <w:t xml:space="preserve">-me </w:t>
      </w:r>
      <w:r w:rsidRPr="3CA557BF" w:rsidR="0B55791E">
        <w:rPr>
          <w:rFonts w:ascii="Arial" w:hAnsi="Arial" w:eastAsia="Arial" w:cs="Arial"/>
          <w:sz w:val="24"/>
          <w:szCs w:val="24"/>
        </w:rPr>
        <w:t>às</w:t>
      </w:r>
      <w:r w:rsidRPr="3CA557BF" w:rsidR="0B55791E">
        <w:rPr>
          <w:rFonts w:ascii="Arial" w:hAnsi="Arial" w:eastAsia="Arial" w:cs="Arial"/>
          <w:sz w:val="24"/>
          <w:szCs w:val="24"/>
        </w:rPr>
        <w:t xml:space="preserve"> </w:t>
      </w:r>
      <w:r w:rsidRPr="3CA557BF" w:rsidR="0B55791E">
        <w:rPr>
          <w:rFonts w:ascii="Arial" w:hAnsi="Arial" w:eastAsia="Arial" w:cs="Arial"/>
          <w:sz w:val="24"/>
          <w:szCs w:val="24"/>
        </w:rPr>
        <w:t>cominações</w:t>
      </w:r>
      <w:r w:rsidRPr="3CA557BF" w:rsidR="50D50A11">
        <w:rPr>
          <w:rFonts w:ascii="Arial" w:hAnsi="Arial" w:eastAsia="Arial" w:cs="Arial"/>
          <w:sz w:val="24"/>
          <w:szCs w:val="24"/>
        </w:rPr>
        <w:t xml:space="preserve"> </w:t>
      </w:r>
      <w:r w:rsidRPr="3CA557BF" w:rsidR="0B55791E">
        <w:rPr>
          <w:rFonts w:ascii="Arial" w:hAnsi="Arial" w:eastAsia="Arial" w:cs="Arial"/>
          <w:sz w:val="24"/>
          <w:szCs w:val="24"/>
        </w:rPr>
        <w:t>dispostas</w:t>
      </w:r>
      <w:r w:rsidRPr="3CA557BF" w:rsidR="0B55791E">
        <w:rPr>
          <w:rFonts w:ascii="Arial" w:hAnsi="Arial" w:eastAsia="Arial" w:cs="Arial"/>
          <w:sz w:val="24"/>
          <w:szCs w:val="24"/>
        </w:rPr>
        <w:t xml:space="preserve"> no art. </w:t>
      </w:r>
      <w:r w:rsidRPr="3CA557BF" w:rsidR="0B55791E">
        <w:rPr>
          <w:rFonts w:ascii="Arial" w:hAnsi="Arial" w:eastAsia="Arial" w:cs="Arial"/>
          <w:sz w:val="24"/>
          <w:szCs w:val="24"/>
        </w:rPr>
        <w:t>299</w:t>
      </w:r>
      <w:r w:rsidRPr="3CA557BF" w:rsidR="0B55791E">
        <w:rPr>
          <w:rFonts w:ascii="Arial" w:hAnsi="Arial" w:eastAsia="Arial" w:cs="Arial"/>
          <w:sz w:val="24"/>
          <w:szCs w:val="24"/>
        </w:rPr>
        <w:t xml:space="preserve"> Código Penal Brasileiro.</w:t>
      </w:r>
    </w:p>
    <w:p w:rsidR="0B55791E" w:rsidP="47D5D1C9" w:rsidRDefault="0B55791E" w14:paraId="65FA9830" w14:textId="6509C00D">
      <w:pPr>
        <w:pStyle w:val="Normal"/>
        <w:spacing w:after="200" w:afterAutospacing="off" w:line="360" w:lineRule="auto"/>
        <w:contextualSpacing/>
        <w:jc w:val="both"/>
        <w:rPr>
          <w:rFonts w:ascii="Arial" w:hAnsi="Arial" w:eastAsia="Arial" w:cs="Arial"/>
          <w:sz w:val="24"/>
          <w:szCs w:val="24"/>
        </w:rPr>
      </w:pPr>
    </w:p>
    <w:p w:rsidR="0B55791E" w:rsidP="47D5D1C9" w:rsidRDefault="0B55791E" w14:paraId="08C40568" w14:textId="2DD3E1CF">
      <w:pPr>
        <w:pStyle w:val="Normal"/>
        <w:spacing w:after="200" w:afterAutospacing="off" w:line="360" w:lineRule="auto"/>
        <w:contextualSpacing/>
        <w:jc w:val="center"/>
        <w:rPr>
          <w:rFonts w:ascii="Arial" w:hAnsi="Arial" w:eastAsia="Arial" w:cs="Arial"/>
        </w:rPr>
      </w:pPr>
    </w:p>
    <w:p xmlns:wp14="http://schemas.microsoft.com/office/word/2010/wordml" w:rsidP="47D5D1C9" w14:paraId="6B85EE66" wp14:textId="627B3DEE">
      <w:pPr>
        <w:pStyle w:val="Normal"/>
        <w:widowControl w:val="1"/>
        <w:bidi w:val="0"/>
        <w:spacing w:before="0" w:after="200" w:afterAutospacing="off" w:line="360" w:lineRule="auto"/>
        <w:contextualSpacing/>
        <w:jc w:val="center"/>
        <w:rPr>
          <w:rFonts w:ascii="Arial" w:hAnsi="Arial" w:eastAsia="Arial" w:cs="Arial"/>
        </w:rPr>
      </w:pPr>
      <w:r w:rsidRPr="47D5D1C9" w:rsidR="558DCF27">
        <w:rPr>
          <w:rFonts w:ascii="Arial" w:hAnsi="Arial" w:eastAsia="Arial" w:cs="Arial"/>
        </w:rPr>
        <w:t>_________</w:t>
      </w:r>
      <w:r w:rsidRPr="47D5D1C9" w:rsidR="23656E5B">
        <w:rPr>
          <w:rFonts w:ascii="Arial" w:hAnsi="Arial" w:eastAsia="Arial" w:cs="Arial"/>
        </w:rPr>
        <w:t>____</w:t>
      </w:r>
      <w:r w:rsidRPr="47D5D1C9" w:rsidR="558DCF27">
        <w:rPr>
          <w:rFonts w:ascii="Arial" w:hAnsi="Arial" w:eastAsia="Arial" w:cs="Arial"/>
        </w:rPr>
        <w:t>________</w:t>
      </w:r>
      <w:r w:rsidRPr="47D5D1C9" w:rsidR="62B7DA4E">
        <w:rPr>
          <w:rFonts w:ascii="Arial" w:hAnsi="Arial" w:eastAsia="Arial" w:cs="Arial"/>
        </w:rPr>
        <w:t>_</w:t>
      </w:r>
      <w:r w:rsidRPr="47D5D1C9" w:rsidR="558DCF27">
        <w:rPr>
          <w:rFonts w:ascii="Arial" w:hAnsi="Arial" w:eastAsia="Arial" w:cs="Arial"/>
        </w:rPr>
        <w:t xml:space="preserve">______, </w:t>
      </w:r>
      <w:r w:rsidRPr="47D5D1C9" w:rsidR="18766C0B">
        <w:rPr>
          <w:rFonts w:ascii="Arial" w:hAnsi="Arial" w:eastAsia="Arial" w:cs="Arial"/>
        </w:rPr>
        <w:t>__________</w:t>
      </w:r>
      <w:r w:rsidRPr="47D5D1C9" w:rsidR="558DCF27">
        <w:rPr>
          <w:rFonts w:ascii="Arial" w:hAnsi="Arial" w:eastAsia="Arial" w:cs="Arial"/>
        </w:rPr>
        <w:t>de _______</w:t>
      </w:r>
      <w:r w:rsidRPr="47D5D1C9" w:rsidR="0ADA8DC7">
        <w:rPr>
          <w:rFonts w:ascii="Arial" w:hAnsi="Arial" w:eastAsia="Arial" w:cs="Arial"/>
        </w:rPr>
        <w:t>_____</w:t>
      </w:r>
      <w:r w:rsidRPr="47D5D1C9" w:rsidR="558DCF27">
        <w:rPr>
          <w:rFonts w:ascii="Arial" w:hAnsi="Arial" w:eastAsia="Arial" w:cs="Arial"/>
        </w:rPr>
        <w:t>________________ d</w:t>
      </w:r>
      <w:r w:rsidRPr="47D5D1C9" w:rsidR="558DCF27">
        <w:rPr>
          <w:rFonts w:ascii="Arial" w:hAnsi="Arial" w:eastAsia="Arial" w:cs="Arial"/>
        </w:rPr>
        <w:t>e 20______.</w:t>
      </w:r>
      <w:r>
        <w:br/>
      </w:r>
    </w:p>
    <w:p xmlns:wp14="http://schemas.microsoft.com/office/word/2010/wordml" w:rsidP="47D5D1C9" w14:paraId="668A5C97" wp14:textId="4DD18F38">
      <w:pPr>
        <w:pStyle w:val="Normal"/>
        <w:widowControl w:val="1"/>
        <w:spacing w:before="0" w:after="200" w:afterAutospacing="off" w:line="360" w:lineRule="auto"/>
        <w:contextualSpacing/>
        <w:jc w:val="center"/>
        <w:rPr>
          <w:rFonts w:ascii="Arial" w:hAnsi="Arial" w:eastAsia="Arial" w:cs="Arial"/>
        </w:rPr>
      </w:pPr>
    </w:p>
    <w:p xmlns:wp14="http://schemas.microsoft.com/office/word/2010/wordml" w:rsidP="47D5D1C9" w14:paraId="1FAA2182" wp14:textId="68769A90">
      <w:pPr>
        <w:pStyle w:val="Normal"/>
        <w:widowControl w:val="1"/>
        <w:spacing w:before="0" w:after="200" w:afterAutospacing="off" w:line="360" w:lineRule="auto"/>
        <w:contextualSpacing/>
        <w:jc w:val="center"/>
        <w:rPr>
          <w:rFonts w:ascii="Arial" w:hAnsi="Arial" w:eastAsia="Arial" w:cs="Arial"/>
          <w:sz w:val="24"/>
          <w:szCs w:val="24"/>
          <w:lang w:val="pt-BR"/>
        </w:rPr>
      </w:pPr>
      <w:r w:rsidRPr="47D5D1C9" w:rsidR="0B55791E">
        <w:rPr>
          <w:rFonts w:ascii="Arial" w:hAnsi="Arial" w:eastAsia="Arial" w:cs="Arial"/>
          <w:sz w:val="24"/>
          <w:szCs w:val="24"/>
        </w:rPr>
        <w:t>________________________________________________________________________</w:t>
      </w:r>
    </w:p>
    <w:p xmlns:wp14="http://schemas.microsoft.com/office/word/2010/wordml" w:rsidP="47D5D1C9" w14:paraId="432425DF" wp14:textId="06D14143">
      <w:pPr>
        <w:pStyle w:val="Normal"/>
        <w:widowControl w:val="1"/>
        <w:spacing w:before="0" w:after="200" w:afterAutospacing="off" w:line="360" w:lineRule="auto"/>
        <w:contextualSpacing/>
        <w:jc w:val="center"/>
        <w:rPr>
          <w:rFonts w:ascii="Arial" w:hAnsi="Arial" w:eastAsia="Arial" w:cs="Arial"/>
          <w:sz w:val="24"/>
          <w:szCs w:val="24"/>
          <w:lang w:val="pt-BR"/>
        </w:rPr>
      </w:pPr>
      <w:r w:rsidRPr="47D5D1C9" w:rsidR="0B55791E">
        <w:rPr>
          <w:rFonts w:ascii="Arial" w:hAnsi="Arial" w:eastAsia="Arial" w:cs="Arial"/>
          <w:sz w:val="24"/>
          <w:szCs w:val="24"/>
          <w:lang w:val="pt-BR"/>
        </w:rPr>
        <w:t>(Assinatura do Declarante ou Representante Legal</w:t>
      </w:r>
      <w:r w:rsidRPr="47D5D1C9" w:rsidR="04F114E8">
        <w:rPr>
          <w:rFonts w:ascii="Arial" w:hAnsi="Arial" w:eastAsia="Arial" w:cs="Arial"/>
          <w:sz w:val="24"/>
          <w:szCs w:val="24"/>
          <w:lang w:val="pt-BR"/>
        </w:rPr>
        <w:t xml:space="preserve"> c</w:t>
      </w:r>
      <w:r w:rsidRPr="47D5D1C9" w:rsidR="0B55791E">
        <w:rPr>
          <w:rFonts w:ascii="Arial" w:hAnsi="Arial" w:eastAsia="Arial" w:cs="Arial"/>
          <w:sz w:val="24"/>
          <w:szCs w:val="24"/>
          <w:lang w:val="pt-BR"/>
        </w:rPr>
        <w:t>om Firma Reconhecida)</w:t>
      </w:r>
    </w:p>
    <w:sectPr>
      <w:type w:val="nextPage"/>
      <w:pgSz w:w="12240" w:h="15840" w:orient="portrait"/>
      <w:pgMar w:top="1440" w:right="1080" w:bottom="1440" w:left="1080" w:header="0" w:footer="0" w:gutter="0"/>
      <w:pgNumType w:fmt="decimal"/>
      <w:formProt w:val="false"/>
      <w:textDirection w:val="lrTb"/>
      <w:docGrid w:type="default" w:linePitch="360" w:charSpace="0"/>
      <w:cols w:num="1"/>
      <w:headerReference w:type="default" r:id="Rff97bfcf96c448da"/>
      <w:footerReference w:type="default" r:id="R6a2b5b4e740343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8640" w:type="dxa"/>
      <w:tblLayout w:type="fixed"/>
      <w:tblLook w:val="06A0" w:firstRow="1" w:lastRow="0" w:firstColumn="1" w:lastColumn="0" w:noHBand="1" w:noVBand="1"/>
    </w:tblPr>
    <w:tblGrid>
      <w:gridCol w:w="7320"/>
      <w:gridCol w:w="630"/>
      <w:gridCol w:w="690"/>
    </w:tblGrid>
    <w:tr w:rsidR="0B55791E" w:rsidTr="3CA557BF" w14:paraId="3715C141">
      <w:trPr>
        <w:trHeight w:val="300"/>
      </w:trPr>
      <w:tc>
        <w:tcPr>
          <w:tcW w:w="7320" w:type="dxa"/>
          <w:tcMar/>
        </w:tcPr>
        <w:p w:rsidR="0B55791E" w:rsidP="3CA557BF" w:rsidRDefault="0B55791E" w14:paraId="6D9EE1AA" w14:textId="68125438">
          <w:pPr>
            <w:pStyle w:val="Header"/>
            <w:bidi w:val="0"/>
            <w:ind w:left="-115"/>
            <w:jc w:val="left"/>
            <w:rPr>
              <w:color w:val="C00000"/>
              <w:lang w:val="pt-BR"/>
            </w:rPr>
          </w:pPr>
        </w:p>
      </w:tc>
      <w:tc>
        <w:tcPr>
          <w:tcW w:w="630" w:type="dxa"/>
          <w:tcMar/>
        </w:tcPr>
        <w:p w:rsidR="0B55791E" w:rsidP="0B55791E" w:rsidRDefault="0B55791E" w14:paraId="41309245" w14:textId="09008E3F">
          <w:pPr>
            <w:pStyle w:val="Header"/>
            <w:bidi w:val="0"/>
            <w:jc w:val="center"/>
          </w:pPr>
        </w:p>
      </w:tc>
      <w:tc>
        <w:tcPr>
          <w:tcW w:w="690" w:type="dxa"/>
          <w:tcMar/>
        </w:tcPr>
        <w:p w:rsidR="0B55791E" w:rsidP="0B55791E" w:rsidRDefault="0B55791E" w14:paraId="69B1269E" w14:textId="5410DC24">
          <w:pPr>
            <w:pStyle w:val="Header"/>
            <w:bidi w:val="0"/>
            <w:ind w:right="-115"/>
            <w:jc w:val="right"/>
          </w:pPr>
        </w:p>
      </w:tc>
    </w:tr>
  </w:tbl>
  <w:p w:rsidR="0B55791E" w:rsidP="0B55791E" w:rsidRDefault="0B55791E" w14:paraId="62878F4B" w14:textId="6F48FF3C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B55791E" w:rsidTr="0B55791E" w14:paraId="1EDC28A6">
      <w:trPr>
        <w:trHeight w:val="300"/>
      </w:trPr>
      <w:tc>
        <w:tcPr>
          <w:tcW w:w="2880" w:type="dxa"/>
          <w:tcMar/>
        </w:tcPr>
        <w:p w:rsidR="0B55791E" w:rsidP="0B55791E" w:rsidRDefault="0B55791E" w14:paraId="5E4825B2" w14:textId="4FF31969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0B55791E" w:rsidP="0B55791E" w:rsidRDefault="0B55791E" w14:paraId="1F2938CD" w14:textId="0C90149A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0B55791E" w:rsidP="0B55791E" w:rsidRDefault="0B55791E" w14:paraId="40CE16D3" w14:textId="29699B74">
          <w:pPr>
            <w:pStyle w:val="Header"/>
            <w:bidi w:val="0"/>
            <w:ind w:right="-115"/>
            <w:jc w:val="right"/>
          </w:pPr>
        </w:p>
      </w:tc>
    </w:tr>
  </w:tbl>
  <w:p w:rsidR="0B55791E" w:rsidP="0B55791E" w:rsidRDefault="0B55791E" w14:paraId="395B4A43" w14:textId="1171EEF7">
    <w:pPr>
      <w:pStyle w:val="Header"/>
    </w:pPr>
    <w:r w:rsidR="0B55791E">
      <w:drawing>
        <wp:inline wp14:editId="7995308E" wp14:anchorId="347E3937">
          <wp:extent cx="6400800" cy="676275"/>
          <wp:effectExtent l="0" t="0" r="0" b="0"/>
          <wp:docPr id="167745057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77450574" name="Picture 1677450574"/>
                  <pic:cNvPicPr/>
                </pic:nvPicPr>
                <pic:blipFill>
                  <a:blip xmlns:r="http://schemas.openxmlformats.org/officeDocument/2006/relationships" r:embed="rId33191820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  <w:nsid w:val="11c1bbda"/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  <w:nsid w:val="4e4d0a69"/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  <w:nsid w:val="473c789f"/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  <w:nsid w:val="22838c5f"/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  <w:nsid w:val="499e9182"/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  <w:nsid w:val="780facb4"/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nsid w:val="1fff9d3"/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74"/>
  <w:trackRevisions w:val="false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752B3"/>
    <w:rsid w:val="010752B3"/>
    <w:rsid w:val="0134682F"/>
    <w:rsid w:val="021DF46F"/>
    <w:rsid w:val="04F114E8"/>
    <w:rsid w:val="05DF47FF"/>
    <w:rsid w:val="064C990C"/>
    <w:rsid w:val="08BAC587"/>
    <w:rsid w:val="09EB2196"/>
    <w:rsid w:val="0ADA8DC7"/>
    <w:rsid w:val="0B55791E"/>
    <w:rsid w:val="0BBB1745"/>
    <w:rsid w:val="0F04CFE8"/>
    <w:rsid w:val="1140203C"/>
    <w:rsid w:val="11A1AB0A"/>
    <w:rsid w:val="12232CF4"/>
    <w:rsid w:val="126AC950"/>
    <w:rsid w:val="126AC950"/>
    <w:rsid w:val="129B5D4F"/>
    <w:rsid w:val="12B8784C"/>
    <w:rsid w:val="130370F1"/>
    <w:rsid w:val="132B76C7"/>
    <w:rsid w:val="137D9F12"/>
    <w:rsid w:val="14AED4E1"/>
    <w:rsid w:val="1648777E"/>
    <w:rsid w:val="16B8B7C0"/>
    <w:rsid w:val="1820D173"/>
    <w:rsid w:val="1852F61F"/>
    <w:rsid w:val="18766C0B"/>
    <w:rsid w:val="18A0E7ED"/>
    <w:rsid w:val="194EB063"/>
    <w:rsid w:val="1A313510"/>
    <w:rsid w:val="1A71F294"/>
    <w:rsid w:val="1CCE3D96"/>
    <w:rsid w:val="1E42478F"/>
    <w:rsid w:val="20A269D6"/>
    <w:rsid w:val="20F4747F"/>
    <w:rsid w:val="233E40CA"/>
    <w:rsid w:val="23656E5B"/>
    <w:rsid w:val="25CA0ACA"/>
    <w:rsid w:val="284162C6"/>
    <w:rsid w:val="292B7A04"/>
    <w:rsid w:val="29A5F406"/>
    <w:rsid w:val="2B9BFADF"/>
    <w:rsid w:val="2BE6AA55"/>
    <w:rsid w:val="2DAAA059"/>
    <w:rsid w:val="2E165568"/>
    <w:rsid w:val="2E3CCD45"/>
    <w:rsid w:val="2EA530B5"/>
    <w:rsid w:val="3241902F"/>
    <w:rsid w:val="32579330"/>
    <w:rsid w:val="3267C003"/>
    <w:rsid w:val="3292E1F3"/>
    <w:rsid w:val="32BEB18B"/>
    <w:rsid w:val="3302A6DC"/>
    <w:rsid w:val="33457FAC"/>
    <w:rsid w:val="33B1E06A"/>
    <w:rsid w:val="33FEA6BA"/>
    <w:rsid w:val="358052DD"/>
    <w:rsid w:val="3581FB67"/>
    <w:rsid w:val="3634DFA8"/>
    <w:rsid w:val="3794BF94"/>
    <w:rsid w:val="38561ED9"/>
    <w:rsid w:val="3974CF37"/>
    <w:rsid w:val="39D8E2BA"/>
    <w:rsid w:val="3B5DEF79"/>
    <w:rsid w:val="3C7458B9"/>
    <w:rsid w:val="3CA557BF"/>
    <w:rsid w:val="3D1E85CE"/>
    <w:rsid w:val="3D3271C9"/>
    <w:rsid w:val="3E767C5E"/>
    <w:rsid w:val="3EA81B3D"/>
    <w:rsid w:val="3ED41795"/>
    <w:rsid w:val="3FB4437B"/>
    <w:rsid w:val="40D60F89"/>
    <w:rsid w:val="42B1B3B2"/>
    <w:rsid w:val="43349860"/>
    <w:rsid w:val="43D4E97B"/>
    <w:rsid w:val="44CD9E2C"/>
    <w:rsid w:val="46C74D7E"/>
    <w:rsid w:val="473AF207"/>
    <w:rsid w:val="47D5D1C9"/>
    <w:rsid w:val="48FA1217"/>
    <w:rsid w:val="490C245C"/>
    <w:rsid w:val="499D2B99"/>
    <w:rsid w:val="4B3DCDEC"/>
    <w:rsid w:val="4C986198"/>
    <w:rsid w:val="5004C8C2"/>
    <w:rsid w:val="50D50A11"/>
    <w:rsid w:val="50F274E0"/>
    <w:rsid w:val="51BD0A87"/>
    <w:rsid w:val="526F2546"/>
    <w:rsid w:val="5281408A"/>
    <w:rsid w:val="52AAF1A7"/>
    <w:rsid w:val="531122AF"/>
    <w:rsid w:val="531B4EDC"/>
    <w:rsid w:val="54A7FDD4"/>
    <w:rsid w:val="54C551E3"/>
    <w:rsid w:val="558DCF27"/>
    <w:rsid w:val="56A52E37"/>
    <w:rsid w:val="585D9AB1"/>
    <w:rsid w:val="59DFAECD"/>
    <w:rsid w:val="59DFAECD"/>
    <w:rsid w:val="5A0C6563"/>
    <w:rsid w:val="5ABE54E3"/>
    <w:rsid w:val="5BE0DAC0"/>
    <w:rsid w:val="5CCC3AB4"/>
    <w:rsid w:val="5CEE69D9"/>
    <w:rsid w:val="5E185111"/>
    <w:rsid w:val="5FED1039"/>
    <w:rsid w:val="61EFFB81"/>
    <w:rsid w:val="627B99B2"/>
    <w:rsid w:val="627B99B2"/>
    <w:rsid w:val="62B7DA4E"/>
    <w:rsid w:val="62CC980E"/>
    <w:rsid w:val="63291AA7"/>
    <w:rsid w:val="6335CF1C"/>
    <w:rsid w:val="643ED05A"/>
    <w:rsid w:val="6588B0F4"/>
    <w:rsid w:val="687AB60E"/>
    <w:rsid w:val="687D0F14"/>
    <w:rsid w:val="6A9130EC"/>
    <w:rsid w:val="6AE62595"/>
    <w:rsid w:val="6B2D6A78"/>
    <w:rsid w:val="6C4674C1"/>
    <w:rsid w:val="6EDD5005"/>
    <w:rsid w:val="6FB66A27"/>
    <w:rsid w:val="70C9F406"/>
    <w:rsid w:val="71BDAD9A"/>
    <w:rsid w:val="73D16136"/>
    <w:rsid w:val="743F0C2A"/>
    <w:rsid w:val="79A0D9CE"/>
    <w:rsid w:val="7BA2BE2E"/>
  </w:rsids>
  <w:themeFontLang w:val="en-US" w:eastAsia="ja-JP" w:bidi=""/>
  <w14:docId w14:val="1CEB57E5"/>
  <w15:docId w15:val="{96297826-2F51-47DE-B401-5E41D42DC4F0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mbria" w:hAnsi="Cambria" w:eastAsia="" w:cs=""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before="0" w:after="200" w:line="276" w:lineRule="auto"/>
      <w:jc w:val="left"/>
    </w:pPr>
    <w:rPr>
      <w:rFonts w:ascii="Cambria" w:hAnsi="Cambria" w:eastAsia="" w:cs="" w:asciiTheme="minorHAnsi" w:hAnsiTheme="minorHAnsi" w:eastAsiaTheme="minorEastAsia" w:cstheme="minorBid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hAnsiTheme="majorHAnsi" w:eastAsiaTheme="majorEastAsia" w:cstheme="majorBid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hAnsiTheme="majorHAnsi" w:eastAsiaTheme="majorEastAsia" w:cstheme="majorBid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leader="none" w:pos="4680"/>
        <w:tab w:val="right" w:leader="none" w:pos="9360"/>
      </w:tabs>
      <w:spacing w:before="0" w:after="0" w:line="240" w:lineRule="auto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leader="none" w:pos="4680"/>
        <w:tab w:val="right" w:leader="none" w:pos="9360"/>
      </w:tabs>
      <w:spacing w:before="0" w:after="0" w:line="240" w:lineRule="auto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before="0" w:after="0" w:line="240" w:lineRule="auto"/>
      <w:jc w:val="left"/>
    </w:pPr>
    <w:rPr>
      <w:rFonts w:ascii="Cambria" w:hAnsi="Cambria" w:eastAsia="" w:cs="" w:asciiTheme="minorHAnsi" w:hAnsiTheme="minorHAnsi" w:eastAsiaTheme="minorEastAsia" w:cstheme="minorBid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before="0" w:after="300" w:line="240" w:lineRule="auto"/>
      <w:contextualSpacing/>
    </w:pPr>
    <w:rPr>
      <w:rFonts w:ascii="Calibri" w:hAnsi="Calibri" w:eastAsia="" w:cs="" w:asciiTheme="majorHAnsi" w:hAnsiTheme="majorHAnsi" w:eastAsiaTheme="majorEastAsia" w:cstheme="majorBid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before="0" w:after="120" w:line="480" w:lineRule="auto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left="720" w:hanging="36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uppressAutoHyphens w:val="true"/>
      <w:bidi w:val="0"/>
      <w:spacing w:before="0" w:after="200" w:line="276" w:lineRule="auto"/>
      <w:jc w:val="left"/>
    </w:pPr>
    <w:rPr>
      <w:rFonts w:ascii="Courier" w:hAnsi="Courier" w:eastAsia="" w:cs="" w:eastAsiaTheme="minorEastAsia" w:cstheme="minorBidi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Ttulo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numbering" w:styleId="Semlistauser" w:default="1">
    <w:name w:val="Sem lista (user)"/>
    <w:uiPriority w:val="99"/>
    <w:semiHidden/>
    <w:unhideWhenUsed/>
    <w:qFormat/>
  </w:style>
  <w:style w:type="table" w:styleId="TableNormal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header" Target="header.xml" Id="Rff97bfcf96c448da" /><Relationship Type="http://schemas.openxmlformats.org/officeDocument/2006/relationships/footer" Target="footer.xml" Id="R6a2b5b4e74034345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331918203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2013-12-23T23:15:00.0000000Z</dcterms:created>
  <dc:creator>python-docx</dc:creator>
  <dc:description>generated by python-docx</dc:description>
  <dc:language>pt-BR</dc:language>
  <lastModifiedBy>Sueli Galvão dos Santos</lastModifiedBy>
  <dcterms:modified xsi:type="dcterms:W3CDTF">2025-11-07T16:28:44.9871957Z</dcterms:modified>
  <revision>5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